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EB6D1" w14:textId="23E71C2C" w:rsidR="00BD68CD" w:rsidRDefault="00103633">
      <w:pPr>
        <w:jc w:val="center"/>
      </w:pPr>
      <w:r>
        <w:rPr>
          <w:b/>
          <w:noProof/>
          <w:sz w:val="32"/>
        </w:rPr>
        <w:drawing>
          <wp:anchor distT="0" distB="0" distL="114300" distR="114300" simplePos="0" relativeHeight="251658240" behindDoc="1" locked="0" layoutInCell="1" allowOverlap="1" wp14:anchorId="74307F06" wp14:editId="2F702D81">
            <wp:simplePos x="0" y="0"/>
            <wp:positionH relativeFrom="column">
              <wp:posOffset>209550</wp:posOffset>
            </wp:positionH>
            <wp:positionV relativeFrom="paragraph">
              <wp:posOffset>-219075</wp:posOffset>
            </wp:positionV>
            <wp:extent cx="981075" cy="1033217"/>
            <wp:effectExtent l="0" t="0" r="0" b="0"/>
            <wp:wrapNone/>
            <wp:docPr id="19905794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579482" name="Picture 199057948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0332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2"/>
        </w:rPr>
        <w:t>Duane Ellsworth Post 129</w:t>
      </w:r>
    </w:p>
    <w:p w14:paraId="5BE85065" w14:textId="77777777" w:rsidR="00BD68CD" w:rsidRDefault="00000000">
      <w:pPr>
        <w:jc w:val="center"/>
      </w:pPr>
      <w:r>
        <w:rPr>
          <w:b/>
          <w:sz w:val="22"/>
        </w:rPr>
        <w:t>The American Legion • Queen Creek, Arizona</w:t>
      </w:r>
    </w:p>
    <w:p w14:paraId="7A611A64" w14:textId="77777777" w:rsidR="00BD68CD" w:rsidRDefault="00000000">
      <w:pPr>
        <w:jc w:val="center"/>
      </w:pPr>
      <w:r>
        <w:rPr>
          <w:b/>
          <w:sz w:val="27"/>
        </w:rPr>
        <w:t>GENERAL MEMBERSHIP MEETING MINUTES</w:t>
      </w:r>
    </w:p>
    <w:p w14:paraId="7A3E5726" w14:textId="545F7A4B" w:rsidR="00BD68CD" w:rsidRDefault="00000000">
      <w:r>
        <w:t>Date: _</w:t>
      </w:r>
      <w:r w:rsidR="00707E6D" w:rsidRPr="00707E6D">
        <w:rPr>
          <w:u w:val="single"/>
        </w:rPr>
        <w:t xml:space="preserve">Oct 17, </w:t>
      </w:r>
      <w:proofErr w:type="gramStart"/>
      <w:r w:rsidR="00707E6D" w:rsidRPr="00707E6D">
        <w:rPr>
          <w:u w:val="single"/>
        </w:rPr>
        <w:t>2026</w:t>
      </w:r>
      <w:r>
        <w:t>__</w:t>
      </w:r>
      <w:proofErr w:type="gramEnd"/>
      <w:r>
        <w:t>_______________________   Time: _</w:t>
      </w:r>
      <w:r w:rsidR="00707E6D" w:rsidRPr="00707E6D">
        <w:rPr>
          <w:u w:val="single"/>
        </w:rPr>
        <w:t>1000</w:t>
      </w:r>
      <w:r>
        <w:t>___</w:t>
      </w:r>
      <w:proofErr w:type="gramStart"/>
      <w:r>
        <w:t xml:space="preserve">_  </w:t>
      </w:r>
      <w:proofErr w:type="gramEnd"/>
      <w:r>
        <w:t xml:space="preserve"> Location: </w:t>
      </w:r>
      <w:r w:rsidRPr="007C25A4">
        <w:rPr>
          <w:u w:val="single"/>
        </w:rPr>
        <w:t>Queen Creek Chamber of Commerce</w:t>
      </w:r>
    </w:p>
    <w:p w14:paraId="44A25181" w14:textId="78565CED" w:rsidR="00BD68CD" w:rsidRDefault="00000000">
      <w:r>
        <w:t>Presiding Officer: _</w:t>
      </w:r>
      <w:r w:rsidR="00707E6D" w:rsidRPr="00707E6D">
        <w:rPr>
          <w:u w:val="single"/>
        </w:rPr>
        <w:t xml:space="preserve">CMDR </w:t>
      </w:r>
      <w:proofErr w:type="gramStart"/>
      <w:r w:rsidR="00707E6D" w:rsidRPr="00707E6D">
        <w:rPr>
          <w:u w:val="single"/>
        </w:rPr>
        <w:t>Barnes</w:t>
      </w:r>
      <w:r>
        <w:t>____</w:t>
      </w:r>
      <w:proofErr w:type="gramEnd"/>
      <w:r>
        <w:t>_____________________________   Adjutant: _</w:t>
      </w:r>
      <w:r w:rsidR="00707E6D" w:rsidRPr="00707E6D">
        <w:rPr>
          <w:u w:val="single"/>
        </w:rPr>
        <w:t>Ken Wilson (Acting)</w:t>
      </w:r>
      <w:r>
        <w:t>__________</w:t>
      </w:r>
    </w:p>
    <w:p w14:paraId="221D8FB7" w14:textId="77777777" w:rsidR="00BD68CD" w:rsidRDefault="00000000">
      <w:pPr>
        <w:pStyle w:val="Heading1"/>
        <w:spacing w:after="280"/>
      </w:pPr>
      <w:r>
        <w:t>1. Opening Ceremony and Call to Order</w:t>
      </w: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5400"/>
        <w:gridCol w:w="5400"/>
      </w:tblGrid>
      <w:tr w:rsidR="00BD68CD" w14:paraId="580FC5AC" w14:textId="77777777">
        <w:trPr>
          <w:cantSplit/>
          <w:jc w:val="center"/>
        </w:trPr>
        <w:tc>
          <w:tcPr>
            <w:tcW w:w="5400" w:type="dxa"/>
            <w:vAlign w:val="center"/>
          </w:tcPr>
          <w:p w14:paraId="631F2EC1" w14:textId="2AA23490" w:rsidR="00BD68CD" w:rsidRDefault="00000000">
            <w:pPr>
              <w:spacing w:after="60"/>
            </w:pPr>
            <w:sdt>
              <w:sdtPr>
                <w:id w:val="-91978547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07E6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7C25A4">
              <w:t xml:space="preserve"> Sergeant-at-Arms secures door</w:t>
            </w:r>
          </w:p>
        </w:tc>
        <w:tc>
          <w:tcPr>
            <w:tcW w:w="5400" w:type="dxa"/>
            <w:vAlign w:val="center"/>
          </w:tcPr>
          <w:p w14:paraId="3E5182B2" w14:textId="4948D5C3" w:rsidR="00BD68CD" w:rsidRDefault="00000000">
            <w:pPr>
              <w:spacing w:after="60"/>
            </w:pPr>
            <w:sdt>
              <w:sdtPr>
                <w:id w:val="128361266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07E6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7C25A4">
              <w:t xml:space="preserve"> Colors</w:t>
            </w:r>
            <w:r w:rsidR="005C068B">
              <w:t xml:space="preserve"> in place</w:t>
            </w:r>
          </w:p>
        </w:tc>
      </w:tr>
      <w:tr w:rsidR="00BD68CD" w14:paraId="76C56442" w14:textId="77777777">
        <w:trPr>
          <w:cantSplit/>
          <w:jc w:val="center"/>
        </w:trPr>
        <w:tc>
          <w:tcPr>
            <w:tcW w:w="5400" w:type="dxa"/>
            <w:vAlign w:val="center"/>
          </w:tcPr>
          <w:p w14:paraId="701F3D9C" w14:textId="1023ADE5" w:rsidR="00BD68CD" w:rsidRDefault="00000000">
            <w:pPr>
              <w:spacing w:after="60"/>
            </w:pPr>
            <w:sdt>
              <w:sdtPr>
                <w:id w:val="185183462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07E6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7C25A4">
              <w:t xml:space="preserve"> </w:t>
            </w:r>
            <w:r w:rsidR="005C068B">
              <w:t>Moment of silence</w:t>
            </w:r>
          </w:p>
        </w:tc>
        <w:tc>
          <w:tcPr>
            <w:tcW w:w="5400" w:type="dxa"/>
            <w:vAlign w:val="center"/>
          </w:tcPr>
          <w:p w14:paraId="798B799D" w14:textId="71F39CBE" w:rsidR="00BD68CD" w:rsidRDefault="00000000">
            <w:pPr>
              <w:spacing w:after="60"/>
            </w:pPr>
            <w:sdt>
              <w:sdtPr>
                <w:id w:val="2020425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25A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25A4">
              <w:t xml:space="preserve"> POW/MIA remembrance and candle lighting</w:t>
            </w:r>
          </w:p>
        </w:tc>
      </w:tr>
      <w:tr w:rsidR="00BD68CD" w14:paraId="024459AC" w14:textId="77777777">
        <w:trPr>
          <w:cantSplit/>
          <w:jc w:val="center"/>
        </w:trPr>
        <w:tc>
          <w:tcPr>
            <w:tcW w:w="5400" w:type="dxa"/>
            <w:vAlign w:val="center"/>
          </w:tcPr>
          <w:p w14:paraId="0DA42B4B" w14:textId="0FFEE90A" w:rsidR="00BD68CD" w:rsidRDefault="00000000">
            <w:pPr>
              <w:spacing w:after="60"/>
            </w:pPr>
            <w:sdt>
              <w:sdtPr>
                <w:id w:val="-124402659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07E6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7C25A4">
              <w:t xml:space="preserve"> Pledge of Allegiance</w:t>
            </w:r>
          </w:p>
        </w:tc>
        <w:tc>
          <w:tcPr>
            <w:tcW w:w="5400" w:type="dxa"/>
            <w:vAlign w:val="center"/>
          </w:tcPr>
          <w:p w14:paraId="6E1DA4B3" w14:textId="29094CD5" w:rsidR="00BD68CD" w:rsidRDefault="00000000">
            <w:pPr>
              <w:spacing w:after="60"/>
            </w:pPr>
            <w:sdt>
              <w:sdtPr>
                <w:id w:val="33881166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07E6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7C25A4">
              <w:t xml:space="preserve"> Preamble to the Constitution</w:t>
            </w:r>
          </w:p>
        </w:tc>
      </w:tr>
    </w:tbl>
    <w:p w14:paraId="1330CBAB" w14:textId="77777777" w:rsidR="00BD68CD" w:rsidRDefault="00BD68CD"/>
    <w:p w14:paraId="52020ABB" w14:textId="5E855CE0" w:rsidR="00BD68CD" w:rsidRDefault="00000000">
      <w:r>
        <w:t>Called to order at: __</w:t>
      </w:r>
      <w:proofErr w:type="gramStart"/>
      <w:r w:rsidR="00707E6D" w:rsidRPr="00707E6D">
        <w:rPr>
          <w:u w:val="single"/>
        </w:rPr>
        <w:t>1000</w:t>
      </w:r>
      <w:r>
        <w:t>__</w:t>
      </w:r>
      <w:proofErr w:type="gramEnd"/>
      <w:r>
        <w:t xml:space="preserve">________   </w:t>
      </w:r>
      <w:proofErr w:type="gramStart"/>
      <w:r>
        <w:t>By</w:t>
      </w:r>
      <w:proofErr w:type="gramEnd"/>
      <w:r>
        <w:t>: ____</w:t>
      </w:r>
      <w:r w:rsidR="00707E6D" w:rsidRPr="00707E6D">
        <w:rPr>
          <w:u w:val="single"/>
        </w:rPr>
        <w:t>CMDR Barnes</w:t>
      </w:r>
      <w:r>
        <w:t>______________________________</w:t>
      </w:r>
    </w:p>
    <w:p w14:paraId="33628DD6" w14:textId="77777777" w:rsidR="00BD68CD" w:rsidRDefault="00000000">
      <w:pPr>
        <w:pStyle w:val="Heading1"/>
      </w:pPr>
      <w:r>
        <w:t>2. Roll Call and Attendance</w:t>
      </w:r>
    </w:p>
    <w:p w14:paraId="66E825C7" w14:textId="6939C47E" w:rsidR="00BD68CD" w:rsidRDefault="00000000">
      <w:r>
        <w:t xml:space="preserve">Officers present: </w:t>
      </w:r>
      <w:sdt>
        <w:sdtPr>
          <w:id w:val="-43691154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707E6D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Commander  </w:t>
      </w:r>
      <w:sdt>
        <w:sdtPr>
          <w:id w:val="-9338869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25A4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Vice Commander  </w:t>
      </w:r>
      <w:sdt>
        <w:sdtPr>
          <w:id w:val="-268316667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707E6D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Finance Officer  </w:t>
      </w:r>
      <w:sdt>
        <w:sdtPr>
          <w:id w:val="13862313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707E6D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Sergeant-at-Arms  </w:t>
      </w:r>
      <w:sdt>
        <w:sdtPr>
          <w:id w:val="-16289261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25A4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Chaplain</w:t>
      </w:r>
    </w:p>
    <w:p w14:paraId="0CDE5DD5" w14:textId="1076391E" w:rsidR="00BD68CD" w:rsidRDefault="00000000" w:rsidP="005C068B">
      <w:pPr>
        <w:tabs>
          <w:tab w:val="left" w:pos="7560"/>
        </w:tabs>
      </w:pPr>
      <w:r>
        <w:t>Members: __</w:t>
      </w:r>
      <w:r w:rsidR="00707E6D" w:rsidRPr="00707E6D">
        <w:rPr>
          <w:u w:val="single"/>
        </w:rPr>
        <w:t>7</w:t>
      </w:r>
      <w:r>
        <w:t>___</w:t>
      </w:r>
      <w:proofErr w:type="gramStart"/>
      <w:r>
        <w:t>_  Guests</w:t>
      </w:r>
      <w:proofErr w:type="gramEnd"/>
      <w:r>
        <w:t>: __</w:t>
      </w:r>
      <w:r w:rsidR="00707E6D" w:rsidRPr="00707E6D">
        <w:rPr>
          <w:u w:val="single"/>
        </w:rPr>
        <w:t>2</w:t>
      </w:r>
      <w:r>
        <w:t>___</w:t>
      </w:r>
      <w:proofErr w:type="gramStart"/>
      <w:r>
        <w:t>_  Quorum</w:t>
      </w:r>
      <w:proofErr w:type="gramEnd"/>
      <w:r>
        <w:t xml:space="preserve">: </w:t>
      </w:r>
      <w:sdt>
        <w:sdtPr>
          <w:id w:val="-111267077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707E6D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Present  </w:t>
      </w:r>
      <w:sdt>
        <w:sdtPr>
          <w:id w:val="-10318027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25A4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Not present</w:t>
      </w:r>
      <w:r w:rsidR="005C068B">
        <w:tab/>
      </w:r>
      <w:r>
        <w:t>3. Introduction of Guests</w:t>
      </w:r>
    </w:p>
    <w:p w14:paraId="49C2751E" w14:textId="77777777" w:rsidR="00BD68CD" w:rsidRDefault="00000000">
      <w:pPr>
        <w:pBdr>
          <w:bottom w:val="single" w:sz="6" w:space="1" w:color="000000"/>
        </w:pBdr>
        <w:spacing w:before="20" w:after="100" w:line="240" w:lineRule="auto"/>
      </w:pPr>
      <w:r>
        <w:rPr>
          <w:sz w:val="18"/>
        </w:rPr>
        <w:t xml:space="preserve"> </w:t>
      </w:r>
    </w:p>
    <w:p w14:paraId="4413D757" w14:textId="77777777" w:rsidR="00BD68CD" w:rsidRDefault="00000000">
      <w:pPr>
        <w:pStyle w:val="Heading1"/>
      </w:pPr>
      <w:r>
        <w:t>4. Approval of Previous Meeting Minutes</w:t>
      </w:r>
    </w:p>
    <w:p w14:paraId="4838FD78" w14:textId="77777777" w:rsidR="00BD68CD" w:rsidRDefault="00000000">
      <w:r>
        <w:t>Minutes have been posted online.</w:t>
      </w:r>
    </w:p>
    <w:p w14:paraId="4D60CEC4" w14:textId="5497444C" w:rsidR="00BD68CD" w:rsidRDefault="00000000">
      <w:r>
        <w:t xml:space="preserve">Meeting date: __________________________   </w:t>
      </w:r>
      <w:sdt>
        <w:sdtPr>
          <w:id w:val="-14446850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25A4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Approved as presented  </w:t>
      </w:r>
      <w:sdt>
        <w:sdtPr>
          <w:id w:val="-6363324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25A4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Approved with corrections</w:t>
      </w:r>
    </w:p>
    <w:p w14:paraId="15E91DCE" w14:textId="1788C922" w:rsidR="00BD68CD" w:rsidRDefault="00000000">
      <w:r>
        <w:t>Motion by: _________________</w:t>
      </w:r>
      <w:proofErr w:type="gramStart"/>
      <w:r>
        <w:t>_  Seconded</w:t>
      </w:r>
      <w:proofErr w:type="gramEnd"/>
      <w:r>
        <w:t xml:space="preserve"> by: _________________  </w:t>
      </w:r>
      <w:sdt>
        <w:sdtPr>
          <w:id w:val="14932932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25A4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Passed </w:t>
      </w:r>
      <w:sdt>
        <w:sdtPr>
          <w:id w:val="-11439638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25A4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Failed</w:t>
      </w:r>
    </w:p>
    <w:p w14:paraId="2B293131" w14:textId="645688AF" w:rsidR="00BD68CD" w:rsidRDefault="00000000">
      <w:pPr>
        <w:pStyle w:val="Heading1"/>
      </w:pPr>
      <w:r>
        <w:t xml:space="preserve">5. </w:t>
      </w:r>
      <w:r w:rsidR="00707E6D">
        <w:t>Officers'</w:t>
      </w:r>
      <w:r>
        <w:t xml:space="preserve"> Reports</w:t>
      </w:r>
    </w:p>
    <w:p w14:paraId="6650F7F8" w14:textId="77777777" w:rsidR="00BD68CD" w:rsidRDefault="00000000">
      <w:r>
        <w:rPr>
          <w:b/>
        </w:rPr>
        <w:t>Membership</w:t>
      </w:r>
    </w:p>
    <w:p w14:paraId="4B45D6C2" w14:textId="6AAC7F63" w:rsidR="00BD68CD" w:rsidRDefault="00000000">
      <w:r>
        <w:t xml:space="preserve">Current membership: </w:t>
      </w:r>
      <w:r w:rsidR="00707E6D" w:rsidRPr="00707E6D">
        <w:rPr>
          <w:u w:val="single"/>
        </w:rPr>
        <w:t>193</w:t>
      </w:r>
      <w:r>
        <w:t xml:space="preserve">______   Goal: </w:t>
      </w:r>
      <w:r w:rsidRPr="007C25A4">
        <w:rPr>
          <w:u w:val="single"/>
        </w:rPr>
        <w:t>338</w:t>
      </w:r>
      <w:r>
        <w:t xml:space="preserve">   Percentage of goal: _</w:t>
      </w:r>
      <w:r w:rsidR="00707E6D" w:rsidRPr="00707E6D">
        <w:rPr>
          <w:u w:val="single"/>
        </w:rPr>
        <w:t>57.10</w:t>
      </w:r>
      <w:r>
        <w:t>%</w:t>
      </w:r>
    </w:p>
    <w:p w14:paraId="514CBF5F" w14:textId="6878C311" w:rsidR="00BD68CD" w:rsidRDefault="00000000">
      <w:r>
        <w:t>New members: __</w:t>
      </w:r>
      <w:r w:rsidR="00707E6D" w:rsidRPr="00707E6D">
        <w:rPr>
          <w:u w:val="single"/>
        </w:rPr>
        <w:t>1</w:t>
      </w:r>
      <w:proofErr w:type="gramStart"/>
      <w:r>
        <w:t>________   Transfers: __</w:t>
      </w:r>
      <w:r w:rsidR="00707E6D" w:rsidRPr="00707E6D">
        <w:rPr>
          <w:u w:val="single"/>
        </w:rPr>
        <w:t>2</w:t>
      </w:r>
      <w:r>
        <w:t>________   Renewals: _</w:t>
      </w:r>
      <w:r w:rsidR="009B2868" w:rsidRPr="009B2868">
        <w:rPr>
          <w:u w:val="single"/>
        </w:rPr>
        <w:t>163</w:t>
      </w:r>
      <w:proofErr w:type="gramEnd"/>
      <w:r>
        <w:t>_________</w:t>
      </w:r>
    </w:p>
    <w:p w14:paraId="777D4EBF" w14:textId="584B2229" w:rsidR="00BD68CD" w:rsidRDefault="00000000">
      <w:r>
        <w:rPr>
          <w:sz w:val="20"/>
        </w:rPr>
        <w:t>Made by: __</w:t>
      </w:r>
      <w:r w:rsidR="00707E6D" w:rsidRPr="00707E6D">
        <w:rPr>
          <w:sz w:val="20"/>
          <w:u w:val="single"/>
        </w:rPr>
        <w:t xml:space="preserve">Amir </w:t>
      </w:r>
      <w:proofErr w:type="gramStart"/>
      <w:r w:rsidR="00707E6D" w:rsidRPr="00707E6D">
        <w:rPr>
          <w:sz w:val="20"/>
          <w:u w:val="single"/>
        </w:rPr>
        <w:t>K</w:t>
      </w:r>
      <w:r>
        <w:rPr>
          <w:sz w:val="20"/>
        </w:rPr>
        <w:t>___</w:t>
      </w:r>
      <w:proofErr w:type="gramEnd"/>
      <w:r>
        <w:rPr>
          <w:sz w:val="20"/>
        </w:rPr>
        <w:t>_____________________________    Seconded by: ____</w:t>
      </w:r>
      <w:r w:rsidR="00707E6D">
        <w:rPr>
          <w:sz w:val="20"/>
        </w:rPr>
        <w:t>Ken W</w:t>
      </w:r>
      <w:r>
        <w:rPr>
          <w:sz w:val="20"/>
        </w:rPr>
        <w:t>______________________________</w:t>
      </w:r>
    </w:p>
    <w:p w14:paraId="1D42E029" w14:textId="56037983" w:rsidR="00BD68CD" w:rsidRDefault="007C25A4">
      <w:r>
        <w:t>Discussion/</w:t>
      </w:r>
      <w:proofErr w:type="gramStart"/>
      <w:r>
        <w:t>amendments: _</w:t>
      </w:r>
      <w:proofErr w:type="gramEnd"/>
      <w:r>
        <w:t>_______</w:t>
      </w:r>
    </w:p>
    <w:p w14:paraId="299E5897" w14:textId="5E45574D" w:rsidR="00BD68CD" w:rsidRDefault="00000000">
      <w:sdt>
        <w:sdtPr>
          <w:id w:val="1983585527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707E6D">
            <w:rPr>
              <w:rFonts w:ascii="MS Gothic" w:eastAsia="MS Gothic" w:hAnsi="MS Gothic" w:hint="eastAsia"/>
            </w:rPr>
            <w:t>☒</w:t>
          </w:r>
        </w:sdtContent>
      </w:sdt>
      <w:r w:rsidR="007C25A4">
        <w:t xml:space="preserve"> Passed  </w:t>
      </w:r>
      <w:sdt>
        <w:sdtPr>
          <w:id w:val="-8957398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25A4">
            <w:rPr>
              <w:rFonts w:ascii="MS Gothic" w:eastAsia="MS Gothic" w:hAnsi="MS Gothic" w:hint="eastAsia"/>
            </w:rPr>
            <w:t>☐</w:t>
          </w:r>
        </w:sdtContent>
      </w:sdt>
      <w:r w:rsidR="007C25A4">
        <w:t xml:space="preserve"> Failed  </w:t>
      </w:r>
    </w:p>
    <w:p w14:paraId="3C49018B" w14:textId="77777777" w:rsidR="005C068B" w:rsidRDefault="005C068B">
      <w:pPr>
        <w:rPr>
          <w:b/>
        </w:rPr>
      </w:pPr>
    </w:p>
    <w:p w14:paraId="3AB96E93" w14:textId="2279F8C2" w:rsidR="00BD68CD" w:rsidRDefault="00000000">
      <w:r>
        <w:rPr>
          <w:b/>
        </w:rPr>
        <w:lastRenderedPageBreak/>
        <w:t>Events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3384"/>
        <w:gridCol w:w="4824"/>
      </w:tblGrid>
      <w:tr w:rsidR="00BD68CD" w14:paraId="21980A78" w14:textId="77777777">
        <w:trPr>
          <w:cantSplit/>
          <w:trHeight w:val="360"/>
          <w:jc w:val="center"/>
        </w:trPr>
        <w:tc>
          <w:tcPr>
            <w:tcW w:w="1800" w:type="dxa"/>
            <w:tcMar>
              <w:top w:w="0" w:type="dxa"/>
              <w:bottom w:w="0" w:type="dxa"/>
            </w:tcMar>
            <w:vAlign w:val="center"/>
          </w:tcPr>
          <w:p w14:paraId="76D3CF72" w14:textId="77777777" w:rsidR="00BD68CD" w:rsidRPr="00103633" w:rsidRDefault="00000000" w:rsidP="00103633">
            <w:pPr>
              <w:jc w:val="center"/>
              <w:rPr>
                <w:b/>
                <w:bCs/>
                <w:sz w:val="24"/>
                <w:szCs w:val="24"/>
              </w:rPr>
            </w:pPr>
            <w:r w:rsidRPr="00103633">
              <w:rPr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3384" w:type="dxa"/>
            <w:tcMar>
              <w:top w:w="0" w:type="dxa"/>
              <w:bottom w:w="0" w:type="dxa"/>
            </w:tcMar>
            <w:vAlign w:val="center"/>
          </w:tcPr>
          <w:p w14:paraId="36CA44A5" w14:textId="77777777" w:rsidR="00BD68CD" w:rsidRPr="00103633" w:rsidRDefault="00000000" w:rsidP="00103633">
            <w:pPr>
              <w:jc w:val="center"/>
              <w:rPr>
                <w:b/>
                <w:bCs/>
                <w:sz w:val="24"/>
                <w:szCs w:val="24"/>
              </w:rPr>
            </w:pPr>
            <w:r w:rsidRPr="00103633">
              <w:rPr>
                <w:b/>
                <w:bCs/>
                <w:sz w:val="24"/>
                <w:szCs w:val="24"/>
              </w:rPr>
              <w:t>Event</w:t>
            </w:r>
          </w:p>
        </w:tc>
        <w:tc>
          <w:tcPr>
            <w:tcW w:w="4824" w:type="dxa"/>
            <w:tcMar>
              <w:top w:w="0" w:type="dxa"/>
              <w:bottom w:w="0" w:type="dxa"/>
            </w:tcMar>
            <w:vAlign w:val="center"/>
          </w:tcPr>
          <w:p w14:paraId="08B84E14" w14:textId="49F8EFCD" w:rsidR="00BD68CD" w:rsidRPr="00103633" w:rsidRDefault="007C25A4" w:rsidP="0010363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Location/details</w:t>
            </w:r>
          </w:p>
        </w:tc>
      </w:tr>
      <w:tr w:rsidR="00BD68CD" w14:paraId="182B3D4E" w14:textId="77777777">
        <w:trPr>
          <w:cantSplit/>
          <w:trHeight w:val="360"/>
          <w:jc w:val="center"/>
        </w:trPr>
        <w:tc>
          <w:tcPr>
            <w:tcW w:w="1800" w:type="dxa"/>
            <w:tcMar>
              <w:top w:w="0" w:type="dxa"/>
              <w:bottom w:w="0" w:type="dxa"/>
            </w:tcMar>
            <w:vAlign w:val="center"/>
          </w:tcPr>
          <w:p w14:paraId="60D64FB8" w14:textId="5F79D013" w:rsidR="00BD68CD" w:rsidRPr="009B2868" w:rsidRDefault="009B2868" w:rsidP="009B2868">
            <w:pPr>
              <w:ind w:left="720" w:hanging="720"/>
              <w:rPr>
                <w:b/>
                <w:bCs/>
              </w:rPr>
            </w:pPr>
            <w:r>
              <w:rPr>
                <w:b/>
                <w:bCs/>
              </w:rPr>
              <w:t>TBD</w:t>
            </w:r>
          </w:p>
        </w:tc>
        <w:tc>
          <w:tcPr>
            <w:tcW w:w="3384" w:type="dxa"/>
            <w:tcMar>
              <w:top w:w="0" w:type="dxa"/>
              <w:bottom w:w="0" w:type="dxa"/>
            </w:tcMar>
            <w:vAlign w:val="center"/>
          </w:tcPr>
          <w:p w14:paraId="18BD338B" w14:textId="3C277F1E" w:rsidR="00BD68CD" w:rsidRDefault="009B2868">
            <w:r>
              <w:t>Flag Retirement Ceremony</w:t>
            </w:r>
          </w:p>
        </w:tc>
        <w:tc>
          <w:tcPr>
            <w:tcW w:w="4824" w:type="dxa"/>
            <w:tcMar>
              <w:top w:w="0" w:type="dxa"/>
              <w:bottom w:w="0" w:type="dxa"/>
            </w:tcMar>
            <w:vAlign w:val="center"/>
          </w:tcPr>
          <w:p w14:paraId="2D6F0BFA" w14:textId="5F92B5AA" w:rsidR="00BD68CD" w:rsidRDefault="009B2868">
            <w:r>
              <w:t>Pinal Cty Manit. Yard</w:t>
            </w:r>
          </w:p>
        </w:tc>
      </w:tr>
      <w:tr w:rsidR="00BD68CD" w14:paraId="126F3958" w14:textId="77777777">
        <w:trPr>
          <w:cantSplit/>
          <w:trHeight w:val="360"/>
          <w:jc w:val="center"/>
        </w:trPr>
        <w:tc>
          <w:tcPr>
            <w:tcW w:w="1800" w:type="dxa"/>
            <w:tcMar>
              <w:top w:w="0" w:type="dxa"/>
              <w:bottom w:w="0" w:type="dxa"/>
            </w:tcMar>
            <w:vAlign w:val="center"/>
          </w:tcPr>
          <w:p w14:paraId="4DDB97C0" w14:textId="307CC808" w:rsidR="00BD68CD" w:rsidRDefault="009B2868">
            <w:r>
              <w:t>Nov 11</w:t>
            </w:r>
          </w:p>
        </w:tc>
        <w:tc>
          <w:tcPr>
            <w:tcW w:w="3384" w:type="dxa"/>
            <w:tcMar>
              <w:top w:w="0" w:type="dxa"/>
              <w:bottom w:w="0" w:type="dxa"/>
            </w:tcMar>
            <w:vAlign w:val="center"/>
          </w:tcPr>
          <w:p w14:paraId="7C598659" w14:textId="052405F0" w:rsidR="00BD68CD" w:rsidRDefault="009B2868">
            <w:r>
              <w:t>Veterans Day</w:t>
            </w:r>
          </w:p>
        </w:tc>
        <w:tc>
          <w:tcPr>
            <w:tcW w:w="4824" w:type="dxa"/>
            <w:tcMar>
              <w:top w:w="0" w:type="dxa"/>
              <w:bottom w:w="0" w:type="dxa"/>
            </w:tcMar>
            <w:vAlign w:val="center"/>
          </w:tcPr>
          <w:p w14:paraId="1184103A" w14:textId="46EACE1D" w:rsidR="00BD68CD" w:rsidRDefault="009B2868">
            <w:r>
              <w:t>San Tan Memorial Gardens</w:t>
            </w:r>
          </w:p>
        </w:tc>
      </w:tr>
      <w:tr w:rsidR="00BD68CD" w14:paraId="0AF8609D" w14:textId="77777777">
        <w:trPr>
          <w:cantSplit/>
          <w:trHeight w:val="360"/>
          <w:jc w:val="center"/>
        </w:trPr>
        <w:tc>
          <w:tcPr>
            <w:tcW w:w="1800" w:type="dxa"/>
            <w:tcMar>
              <w:top w:w="0" w:type="dxa"/>
              <w:bottom w:w="0" w:type="dxa"/>
            </w:tcMar>
            <w:vAlign w:val="center"/>
          </w:tcPr>
          <w:p w14:paraId="4FF7A841" w14:textId="38C0ABFE" w:rsidR="00BD68CD" w:rsidRDefault="00621778">
            <w:r>
              <w:t>Nov 14</w:t>
            </w:r>
          </w:p>
        </w:tc>
        <w:tc>
          <w:tcPr>
            <w:tcW w:w="3384" w:type="dxa"/>
            <w:tcMar>
              <w:top w:w="0" w:type="dxa"/>
              <w:bottom w:w="0" w:type="dxa"/>
            </w:tcMar>
            <w:vAlign w:val="center"/>
          </w:tcPr>
          <w:p w14:paraId="6AFEA3CC" w14:textId="7116AF7D" w:rsidR="00BD68CD" w:rsidRDefault="00621778">
            <w:proofErr w:type="spellStart"/>
            <w:r>
              <w:t>Vetsgiving</w:t>
            </w:r>
            <w:proofErr w:type="spellEnd"/>
          </w:p>
        </w:tc>
        <w:tc>
          <w:tcPr>
            <w:tcW w:w="4824" w:type="dxa"/>
            <w:tcMar>
              <w:top w:w="0" w:type="dxa"/>
              <w:bottom w:w="0" w:type="dxa"/>
            </w:tcMar>
            <w:vAlign w:val="center"/>
          </w:tcPr>
          <w:p w14:paraId="45DEAF50" w14:textId="2B8C0D87" w:rsidR="00BD68CD" w:rsidRDefault="00621778">
            <w:r>
              <w:t>Phoenix VA</w:t>
            </w:r>
          </w:p>
        </w:tc>
      </w:tr>
      <w:tr w:rsidR="00BD68CD" w14:paraId="2A39437B" w14:textId="77777777">
        <w:trPr>
          <w:cantSplit/>
          <w:trHeight w:val="360"/>
          <w:jc w:val="center"/>
        </w:trPr>
        <w:tc>
          <w:tcPr>
            <w:tcW w:w="1800" w:type="dxa"/>
            <w:tcMar>
              <w:top w:w="0" w:type="dxa"/>
              <w:bottom w:w="0" w:type="dxa"/>
            </w:tcMar>
            <w:vAlign w:val="center"/>
          </w:tcPr>
          <w:p w14:paraId="759F24A0" w14:textId="628304EE" w:rsidR="00BD68CD" w:rsidRDefault="00621778">
            <w:r>
              <w:t>Dec 5</w:t>
            </w:r>
          </w:p>
        </w:tc>
        <w:tc>
          <w:tcPr>
            <w:tcW w:w="3384" w:type="dxa"/>
            <w:tcMar>
              <w:top w:w="0" w:type="dxa"/>
              <w:bottom w:w="0" w:type="dxa"/>
            </w:tcMar>
            <w:vAlign w:val="center"/>
          </w:tcPr>
          <w:p w14:paraId="754CF3CD" w14:textId="6FFD7CD4" w:rsidR="00BD68CD" w:rsidRDefault="00621778">
            <w:r>
              <w:t>QC Christmas Parade</w:t>
            </w:r>
          </w:p>
        </w:tc>
        <w:tc>
          <w:tcPr>
            <w:tcW w:w="4824" w:type="dxa"/>
            <w:tcMar>
              <w:top w:w="0" w:type="dxa"/>
              <w:bottom w:w="0" w:type="dxa"/>
            </w:tcMar>
            <w:vAlign w:val="center"/>
          </w:tcPr>
          <w:p w14:paraId="2431EC0C" w14:textId="68957EA3" w:rsidR="00BD68CD" w:rsidRDefault="00621778">
            <w:r>
              <w:t>Ellsworth Rd</w:t>
            </w:r>
          </w:p>
        </w:tc>
      </w:tr>
      <w:tr w:rsidR="00BD68CD" w14:paraId="39F9F1EB" w14:textId="77777777">
        <w:trPr>
          <w:cantSplit/>
          <w:trHeight w:val="360"/>
          <w:jc w:val="center"/>
        </w:trPr>
        <w:tc>
          <w:tcPr>
            <w:tcW w:w="1800" w:type="dxa"/>
            <w:tcMar>
              <w:top w:w="0" w:type="dxa"/>
              <w:bottom w:w="0" w:type="dxa"/>
            </w:tcMar>
            <w:vAlign w:val="center"/>
          </w:tcPr>
          <w:p w14:paraId="71DE8538" w14:textId="30755B28" w:rsidR="00BD68CD" w:rsidRDefault="00621778">
            <w:r>
              <w:t>Dec 12</w:t>
            </w:r>
          </w:p>
        </w:tc>
        <w:tc>
          <w:tcPr>
            <w:tcW w:w="3384" w:type="dxa"/>
            <w:tcMar>
              <w:top w:w="0" w:type="dxa"/>
              <w:bottom w:w="0" w:type="dxa"/>
            </w:tcMar>
            <w:vAlign w:val="center"/>
          </w:tcPr>
          <w:p w14:paraId="00A9B6C0" w14:textId="2ACBC9BF" w:rsidR="00BD68CD" w:rsidRDefault="00621778">
            <w:r>
              <w:t>Wreaths Across America</w:t>
            </w:r>
          </w:p>
        </w:tc>
        <w:tc>
          <w:tcPr>
            <w:tcW w:w="4824" w:type="dxa"/>
            <w:tcMar>
              <w:top w:w="0" w:type="dxa"/>
              <w:bottom w:w="0" w:type="dxa"/>
            </w:tcMar>
            <w:vAlign w:val="center"/>
          </w:tcPr>
          <w:p w14:paraId="09D48B8A" w14:textId="65E0A9A0" w:rsidR="00BD68CD" w:rsidRDefault="00621778">
            <w:r>
              <w:t>San Tan Memorial Gardens</w:t>
            </w:r>
          </w:p>
        </w:tc>
      </w:tr>
      <w:tr w:rsidR="00BD68CD" w14:paraId="6CBB1470" w14:textId="77777777">
        <w:trPr>
          <w:cantSplit/>
          <w:trHeight w:val="360"/>
          <w:jc w:val="center"/>
        </w:trPr>
        <w:tc>
          <w:tcPr>
            <w:tcW w:w="1800" w:type="dxa"/>
            <w:tcMar>
              <w:top w:w="0" w:type="dxa"/>
              <w:bottom w:w="0" w:type="dxa"/>
            </w:tcMar>
            <w:vAlign w:val="center"/>
          </w:tcPr>
          <w:p w14:paraId="44C29FF9" w14:textId="77777777" w:rsidR="00BD68CD" w:rsidRDefault="00BD68CD"/>
        </w:tc>
        <w:tc>
          <w:tcPr>
            <w:tcW w:w="3384" w:type="dxa"/>
            <w:tcMar>
              <w:top w:w="0" w:type="dxa"/>
              <w:bottom w:w="0" w:type="dxa"/>
            </w:tcMar>
            <w:vAlign w:val="center"/>
          </w:tcPr>
          <w:p w14:paraId="797FDC49" w14:textId="77777777" w:rsidR="00BD68CD" w:rsidRDefault="00BD68CD"/>
        </w:tc>
        <w:tc>
          <w:tcPr>
            <w:tcW w:w="4824" w:type="dxa"/>
            <w:tcMar>
              <w:top w:w="0" w:type="dxa"/>
              <w:bottom w:w="0" w:type="dxa"/>
            </w:tcMar>
            <w:vAlign w:val="center"/>
          </w:tcPr>
          <w:p w14:paraId="3932CBA4" w14:textId="77777777" w:rsidR="00BD68CD" w:rsidRDefault="00BD68CD"/>
        </w:tc>
      </w:tr>
      <w:tr w:rsidR="00BD68CD" w14:paraId="12623CC2" w14:textId="77777777">
        <w:trPr>
          <w:cantSplit/>
          <w:trHeight w:val="360"/>
          <w:jc w:val="center"/>
        </w:trPr>
        <w:tc>
          <w:tcPr>
            <w:tcW w:w="1800" w:type="dxa"/>
            <w:tcMar>
              <w:top w:w="0" w:type="dxa"/>
              <w:bottom w:w="0" w:type="dxa"/>
            </w:tcMar>
            <w:vAlign w:val="center"/>
          </w:tcPr>
          <w:p w14:paraId="600BFFED" w14:textId="77777777" w:rsidR="00BD68CD" w:rsidRDefault="00BD68CD"/>
        </w:tc>
        <w:tc>
          <w:tcPr>
            <w:tcW w:w="3384" w:type="dxa"/>
            <w:tcMar>
              <w:top w:w="0" w:type="dxa"/>
              <w:bottom w:w="0" w:type="dxa"/>
            </w:tcMar>
            <w:vAlign w:val="center"/>
          </w:tcPr>
          <w:p w14:paraId="47660F06" w14:textId="77777777" w:rsidR="00BD68CD" w:rsidRDefault="00BD68CD"/>
        </w:tc>
        <w:tc>
          <w:tcPr>
            <w:tcW w:w="4824" w:type="dxa"/>
            <w:tcMar>
              <w:top w:w="0" w:type="dxa"/>
              <w:bottom w:w="0" w:type="dxa"/>
            </w:tcMar>
            <w:vAlign w:val="center"/>
          </w:tcPr>
          <w:p w14:paraId="315B308C" w14:textId="77777777" w:rsidR="00BD68CD" w:rsidRDefault="00BD68CD"/>
        </w:tc>
      </w:tr>
    </w:tbl>
    <w:p w14:paraId="5DC1A668" w14:textId="77777777" w:rsidR="00BD68CD" w:rsidRPr="00103633" w:rsidRDefault="00000000">
      <w:pPr>
        <w:keepNext/>
        <w:spacing w:before="280"/>
        <w:rPr>
          <w:sz w:val="24"/>
          <w:szCs w:val="24"/>
        </w:rPr>
      </w:pPr>
      <w:r w:rsidRPr="00103633">
        <w:rPr>
          <w:b/>
          <w:sz w:val="24"/>
          <w:szCs w:val="24"/>
        </w:rPr>
        <w:t>Finance Report</w:t>
      </w:r>
    </w:p>
    <w:p w14:paraId="6919CC01" w14:textId="35839764" w:rsidR="00BD68CD" w:rsidRDefault="00000000">
      <w:r>
        <w:t>Beginning balance: $________________________    Income: $</w:t>
      </w:r>
      <w:r w:rsidR="00707E6D" w:rsidRPr="00707E6D">
        <w:rPr>
          <w:u w:val="single"/>
        </w:rPr>
        <w:t>2600.00</w:t>
      </w:r>
      <w:r>
        <w:t>______________________</w:t>
      </w:r>
      <w:r>
        <w:br/>
        <w:t>Expenses: $____________________________    Ending balance: $</w:t>
      </w:r>
      <w:r w:rsidR="00707E6D" w:rsidRPr="00707E6D">
        <w:rPr>
          <w:u w:val="single"/>
        </w:rPr>
        <w:t>32,998.00</w:t>
      </w:r>
      <w:r>
        <w:t>________________________</w:t>
      </w:r>
    </w:p>
    <w:p w14:paraId="1DB4359B" w14:textId="77777777" w:rsidR="00BD68CD" w:rsidRPr="00103633" w:rsidRDefault="00000000">
      <w:pPr>
        <w:rPr>
          <w:sz w:val="24"/>
          <w:szCs w:val="24"/>
        </w:rPr>
      </w:pPr>
      <w:r w:rsidRPr="00103633">
        <w:rPr>
          <w:b/>
          <w:sz w:val="24"/>
          <w:szCs w:val="24"/>
        </w:rPr>
        <w:t>Service Officer</w:t>
      </w:r>
    </w:p>
    <w:p w14:paraId="25793CB9" w14:textId="77777777" w:rsidR="00BD68CD" w:rsidRDefault="00000000">
      <w:r>
        <w:t xml:space="preserve">Calls Made: __________    Calls Taken: </w:t>
      </w:r>
      <w:proofErr w:type="gramStart"/>
      <w:r>
        <w:t xml:space="preserve">__________    Veterans Assisted: __________   </w:t>
      </w:r>
      <w:proofErr w:type="gramEnd"/>
      <w:r>
        <w:t xml:space="preserve"> Hours Spent: __________</w:t>
      </w:r>
    </w:p>
    <w:p w14:paraId="371B4EA3" w14:textId="77777777" w:rsidR="00BD68CD" w:rsidRPr="00103633" w:rsidRDefault="00000000">
      <w:pPr>
        <w:rPr>
          <w:sz w:val="24"/>
          <w:szCs w:val="24"/>
        </w:rPr>
      </w:pPr>
      <w:r w:rsidRPr="00103633">
        <w:rPr>
          <w:b/>
          <w:sz w:val="24"/>
          <w:szCs w:val="24"/>
        </w:rPr>
        <w:t>Chaplain</w:t>
      </w:r>
    </w:p>
    <w:p w14:paraId="0823E768" w14:textId="506310E7" w:rsidR="00103633" w:rsidRDefault="00000000" w:rsidP="00103633">
      <w:pPr>
        <w:pBdr>
          <w:bottom w:val="single" w:sz="8" w:space="0" w:color="000000"/>
        </w:pBdr>
        <w:spacing w:before="140" w:after="100" w:line="240" w:lineRule="auto"/>
      </w:pPr>
      <w:r>
        <w:t xml:space="preserve"> </w:t>
      </w:r>
      <w:r w:rsidR="00103633">
        <w:t>_______________________________________________________________________________________________________________</w:t>
      </w:r>
    </w:p>
    <w:p w14:paraId="20E481F5" w14:textId="77777777" w:rsidR="00103633" w:rsidRDefault="00103633" w:rsidP="00103633">
      <w:pPr>
        <w:pBdr>
          <w:bottom w:val="single" w:sz="8" w:space="0" w:color="000000"/>
        </w:pBdr>
        <w:spacing w:before="140" w:after="100" w:line="240" w:lineRule="auto"/>
      </w:pPr>
    </w:p>
    <w:p w14:paraId="134C3193" w14:textId="77777777" w:rsidR="00103633" w:rsidRDefault="00000000" w:rsidP="00103633">
      <w:pPr>
        <w:pBdr>
          <w:bottom w:val="single" w:sz="8" w:space="0" w:color="000000"/>
        </w:pBdr>
        <w:spacing w:before="140" w:after="100" w:line="240" w:lineRule="auto"/>
        <w:rPr>
          <w:rFonts w:asciiTheme="majorHAnsi" w:hAnsiTheme="majorHAnsi" w:cstheme="majorHAnsi"/>
          <w:b/>
          <w:bCs/>
          <w:sz w:val="26"/>
          <w:szCs w:val="26"/>
        </w:rPr>
      </w:pPr>
      <w:r w:rsidRPr="00103633">
        <w:rPr>
          <w:rFonts w:asciiTheme="majorHAnsi" w:hAnsiTheme="majorHAnsi" w:cstheme="majorHAnsi"/>
          <w:b/>
          <w:bCs/>
          <w:sz w:val="26"/>
          <w:szCs w:val="26"/>
        </w:rPr>
        <w:t>6. Committee and Program Reports</w:t>
      </w:r>
    </w:p>
    <w:p w14:paraId="6092DA6D" w14:textId="48C0460D" w:rsidR="00BD68CD" w:rsidRDefault="00000000" w:rsidP="00103633">
      <w:pPr>
        <w:pBdr>
          <w:bottom w:val="single" w:sz="8" w:space="0" w:color="000000"/>
        </w:pBdr>
        <w:spacing w:before="140" w:after="100" w:line="240" w:lineRule="auto"/>
      </w:pPr>
      <w:r>
        <w:rPr>
          <w:b/>
        </w:rPr>
        <w:t>S.A.L.</w:t>
      </w:r>
    </w:p>
    <w:p w14:paraId="7CD27DAE" w14:textId="44A55D66" w:rsidR="00BD68CD" w:rsidRDefault="00621778" w:rsidP="00621778">
      <w:pPr>
        <w:pStyle w:val="ListParagraph"/>
        <w:numPr>
          <w:ilvl w:val="0"/>
          <w:numId w:val="11"/>
        </w:numPr>
        <w:pBdr>
          <w:bottom w:val="single" w:sz="6" w:space="1" w:color="000000"/>
        </w:pBdr>
        <w:tabs>
          <w:tab w:val="right" w:leader="underscore" w:pos="10627"/>
        </w:tabs>
        <w:spacing w:after="40"/>
      </w:pPr>
      <w:r>
        <w:t>QC Street Banner Program, $250.00 per banner</w:t>
      </w:r>
    </w:p>
    <w:p w14:paraId="5B2606C1" w14:textId="4A2A2775" w:rsidR="00621778" w:rsidRDefault="00621778" w:rsidP="00621778">
      <w:pPr>
        <w:pStyle w:val="ListParagraph"/>
        <w:numPr>
          <w:ilvl w:val="0"/>
          <w:numId w:val="11"/>
        </w:numPr>
        <w:pBdr>
          <w:bottom w:val="single" w:sz="6" w:space="1" w:color="000000"/>
        </w:pBdr>
        <w:tabs>
          <w:tab w:val="right" w:leader="underscore" w:pos="10627"/>
        </w:tabs>
        <w:spacing w:after="40"/>
      </w:pPr>
      <w:r>
        <w:t>Program to promote Legion families' businesses</w:t>
      </w:r>
    </w:p>
    <w:p w14:paraId="322C869B" w14:textId="77777777" w:rsidR="00BD68CD" w:rsidRDefault="00000000">
      <w:pPr>
        <w:spacing w:before="60" w:after="20"/>
      </w:pPr>
      <w:r>
        <w:rPr>
          <w:b/>
        </w:rPr>
        <w:t>Riders</w:t>
      </w:r>
    </w:p>
    <w:p w14:paraId="7134AEAA" w14:textId="6A20B64C" w:rsidR="00BD68CD" w:rsidRDefault="00000000">
      <w:pPr>
        <w:pBdr>
          <w:bottom w:val="single" w:sz="6" w:space="1" w:color="000000"/>
        </w:pBdr>
        <w:tabs>
          <w:tab w:val="right" w:leader="underscore" w:pos="10627"/>
        </w:tabs>
        <w:spacing w:after="40"/>
      </w:pPr>
      <w:r>
        <w:t xml:space="preserve"> </w:t>
      </w:r>
      <w:r w:rsidR="00621778">
        <w:t>None</w:t>
      </w:r>
    </w:p>
    <w:p w14:paraId="0D1D9F1B" w14:textId="77777777" w:rsidR="00BD68CD" w:rsidRDefault="00000000">
      <w:pPr>
        <w:spacing w:before="60" w:after="20"/>
      </w:pPr>
      <w:r>
        <w:rPr>
          <w:b/>
        </w:rPr>
        <w:t>Off Roaders</w:t>
      </w:r>
    </w:p>
    <w:p w14:paraId="446D7F4A" w14:textId="69212C4B" w:rsidR="00BD68CD" w:rsidRDefault="00000000">
      <w:pPr>
        <w:pBdr>
          <w:bottom w:val="single" w:sz="6" w:space="1" w:color="000000"/>
        </w:pBdr>
        <w:tabs>
          <w:tab w:val="right" w:leader="underscore" w:pos="10627"/>
        </w:tabs>
        <w:spacing w:after="40"/>
      </w:pPr>
      <w:r>
        <w:t xml:space="preserve"> </w:t>
      </w:r>
      <w:r w:rsidR="00621778">
        <w:t>None</w:t>
      </w:r>
    </w:p>
    <w:p w14:paraId="37B9015E" w14:textId="77777777" w:rsidR="00BD68CD" w:rsidRDefault="00000000">
      <w:pPr>
        <w:spacing w:before="60" w:after="20"/>
      </w:pPr>
      <w:r>
        <w:rPr>
          <w:b/>
        </w:rPr>
        <w:t>Color Guard</w:t>
      </w:r>
    </w:p>
    <w:p w14:paraId="4F763190" w14:textId="6CDA3AD8" w:rsidR="00BD68CD" w:rsidRDefault="00000000">
      <w:pPr>
        <w:pBdr>
          <w:bottom w:val="single" w:sz="6" w:space="1" w:color="000000"/>
        </w:pBdr>
        <w:tabs>
          <w:tab w:val="right" w:leader="underscore" w:pos="10627"/>
        </w:tabs>
        <w:spacing w:after="40"/>
      </w:pPr>
      <w:r>
        <w:t xml:space="preserve"> </w:t>
      </w:r>
      <w:r w:rsidR="00621778">
        <w:t>None</w:t>
      </w:r>
    </w:p>
    <w:p w14:paraId="045846EB" w14:textId="77777777" w:rsidR="00BD68CD" w:rsidRDefault="00000000">
      <w:pPr>
        <w:spacing w:before="60" w:after="20"/>
      </w:pPr>
      <w:r>
        <w:rPr>
          <w:b/>
        </w:rPr>
        <w:t>Scouting</w:t>
      </w:r>
    </w:p>
    <w:p w14:paraId="49A56489" w14:textId="6E19AE90" w:rsidR="00BD68CD" w:rsidRDefault="00621778" w:rsidP="00621778">
      <w:pPr>
        <w:pStyle w:val="ListParagraph"/>
        <w:numPr>
          <w:ilvl w:val="0"/>
          <w:numId w:val="12"/>
        </w:numPr>
        <w:pBdr>
          <w:bottom w:val="single" w:sz="6" w:space="1" w:color="000000"/>
        </w:pBdr>
        <w:tabs>
          <w:tab w:val="right" w:leader="underscore" w:pos="10627"/>
        </w:tabs>
        <w:spacing w:after="40"/>
      </w:pPr>
      <w:r>
        <w:t>107 members</w:t>
      </w:r>
    </w:p>
    <w:p w14:paraId="2E59522C" w14:textId="2DD22398" w:rsidR="00621778" w:rsidRDefault="00621778" w:rsidP="00621778">
      <w:pPr>
        <w:pStyle w:val="ListParagraph"/>
        <w:numPr>
          <w:ilvl w:val="0"/>
          <w:numId w:val="12"/>
        </w:numPr>
        <w:pBdr>
          <w:bottom w:val="single" w:sz="6" w:space="1" w:color="000000"/>
        </w:pBdr>
        <w:tabs>
          <w:tab w:val="right" w:leader="underscore" w:pos="10627"/>
        </w:tabs>
        <w:spacing w:after="40"/>
      </w:pPr>
      <w:r>
        <w:t>Nut and Popcorn sales, so if you see the scouts, please support them</w:t>
      </w:r>
    </w:p>
    <w:p w14:paraId="505D7EB1" w14:textId="5A627B0B" w:rsidR="00621778" w:rsidRDefault="00621778" w:rsidP="00621778">
      <w:pPr>
        <w:pStyle w:val="ListParagraph"/>
        <w:numPr>
          <w:ilvl w:val="0"/>
          <w:numId w:val="12"/>
        </w:numPr>
        <w:pBdr>
          <w:bottom w:val="single" w:sz="6" w:space="1" w:color="000000"/>
        </w:pBdr>
        <w:tabs>
          <w:tab w:val="right" w:leader="underscore" w:pos="10627"/>
        </w:tabs>
        <w:spacing w:after="40"/>
      </w:pPr>
      <w:r>
        <w:t xml:space="preserve">Eagle Scouts helped install the new </w:t>
      </w:r>
      <w:proofErr w:type="gramStart"/>
      <w:r>
        <w:t>Flag pole</w:t>
      </w:r>
      <w:proofErr w:type="gramEnd"/>
      <w:r>
        <w:t xml:space="preserve"> at San Tan Memorial Gardens</w:t>
      </w:r>
    </w:p>
    <w:p w14:paraId="690EBA54" w14:textId="77777777" w:rsidR="00BD68CD" w:rsidRDefault="00000000">
      <w:pPr>
        <w:spacing w:before="60" w:after="20"/>
      </w:pPr>
      <w:r>
        <w:rPr>
          <w:b/>
        </w:rPr>
        <w:t>Oratorical</w:t>
      </w:r>
    </w:p>
    <w:p w14:paraId="750F0B31" w14:textId="41525AD4" w:rsidR="00BD68CD" w:rsidRDefault="00000000">
      <w:pPr>
        <w:pBdr>
          <w:bottom w:val="single" w:sz="6" w:space="1" w:color="000000"/>
        </w:pBdr>
        <w:tabs>
          <w:tab w:val="right" w:leader="underscore" w:pos="10627"/>
        </w:tabs>
        <w:spacing w:after="40"/>
      </w:pPr>
      <w:r>
        <w:t xml:space="preserve"> </w:t>
      </w:r>
      <w:r w:rsidR="005C068B">
        <w:t>Post contest is in Jan, so we need to start visiting schools.</w:t>
      </w:r>
    </w:p>
    <w:p w14:paraId="5D2D5F78" w14:textId="77777777" w:rsidR="00BD68CD" w:rsidRDefault="00000000">
      <w:pPr>
        <w:spacing w:before="60" w:after="20"/>
      </w:pPr>
      <w:r>
        <w:rPr>
          <w:b/>
        </w:rPr>
        <w:t>Boys State</w:t>
      </w:r>
    </w:p>
    <w:p w14:paraId="30B4646C" w14:textId="4713A21A" w:rsidR="00BD68CD" w:rsidRDefault="00000000">
      <w:pPr>
        <w:pBdr>
          <w:bottom w:val="single" w:sz="6" w:space="1" w:color="000000"/>
        </w:pBdr>
        <w:tabs>
          <w:tab w:val="right" w:leader="underscore" w:pos="10627"/>
        </w:tabs>
        <w:spacing w:after="40"/>
      </w:pPr>
      <w:r>
        <w:t xml:space="preserve"> </w:t>
      </w:r>
      <w:r w:rsidR="00621778">
        <w:t>None</w:t>
      </w:r>
    </w:p>
    <w:p w14:paraId="709A6F84" w14:textId="77777777" w:rsidR="005C068B" w:rsidRDefault="005C068B">
      <w:pPr>
        <w:spacing w:before="60" w:after="20"/>
        <w:rPr>
          <w:b/>
        </w:rPr>
      </w:pPr>
    </w:p>
    <w:p w14:paraId="137D574F" w14:textId="57CD0DE2" w:rsidR="00BD68CD" w:rsidRDefault="00000000">
      <w:pPr>
        <w:spacing w:before="60" w:after="20"/>
      </w:pPr>
      <w:r>
        <w:rPr>
          <w:b/>
        </w:rPr>
        <w:t>JROTC</w:t>
      </w:r>
    </w:p>
    <w:p w14:paraId="4A8B1D88" w14:textId="079ADE6F" w:rsidR="00BD68CD" w:rsidRDefault="00000000">
      <w:pPr>
        <w:pBdr>
          <w:bottom w:val="single" w:sz="6" w:space="1" w:color="000000"/>
        </w:pBdr>
        <w:tabs>
          <w:tab w:val="right" w:leader="underscore" w:pos="10627"/>
        </w:tabs>
        <w:spacing w:after="40"/>
      </w:pPr>
      <w:r>
        <w:t xml:space="preserve"> </w:t>
      </w:r>
      <w:r w:rsidR="00621778">
        <w:t>None</w:t>
      </w:r>
    </w:p>
    <w:p w14:paraId="55F8CE36" w14:textId="77777777" w:rsidR="00BD68CD" w:rsidRDefault="00000000">
      <w:pPr>
        <w:spacing w:before="60" w:after="20"/>
      </w:pPr>
      <w:r>
        <w:rPr>
          <w:b/>
        </w:rPr>
        <w:t>Queen of Hearts</w:t>
      </w:r>
    </w:p>
    <w:p w14:paraId="450BC55C" w14:textId="50470C73" w:rsidR="00BD68CD" w:rsidRDefault="00000000">
      <w:pPr>
        <w:pBdr>
          <w:bottom w:val="single" w:sz="6" w:space="1" w:color="000000"/>
        </w:pBdr>
        <w:tabs>
          <w:tab w:val="right" w:leader="underscore" w:pos="10627"/>
        </w:tabs>
        <w:spacing w:after="40"/>
      </w:pPr>
      <w:r>
        <w:t xml:space="preserve"> </w:t>
      </w:r>
      <w:r w:rsidR="00621778">
        <w:t xml:space="preserve">The </w:t>
      </w:r>
      <w:r w:rsidR="005C068B">
        <w:t xml:space="preserve">take-home prize is over $16,000. </w:t>
      </w:r>
      <w:proofErr w:type="gramStart"/>
      <w:r w:rsidR="00621778">
        <w:t>Brought</w:t>
      </w:r>
      <w:proofErr w:type="gramEnd"/>
      <w:r w:rsidR="00621778">
        <w:t xml:space="preserve"> in $3800. This month to the </w:t>
      </w:r>
      <w:r w:rsidR="005C068B">
        <w:t>L</w:t>
      </w:r>
      <w:r w:rsidR="00621778">
        <w:t>egion</w:t>
      </w:r>
      <w:r w:rsidR="005C068B">
        <w:t>.</w:t>
      </w:r>
    </w:p>
    <w:p w14:paraId="6F9F28CB" w14:textId="77777777" w:rsidR="00BD68CD" w:rsidRDefault="00000000">
      <w:pPr>
        <w:spacing w:before="60" w:after="20"/>
      </w:pPr>
      <w:proofErr w:type="gramStart"/>
      <w:r>
        <w:rPr>
          <w:b/>
        </w:rPr>
        <w:t>Veterans</w:t>
      </w:r>
      <w:proofErr w:type="gramEnd"/>
      <w:r>
        <w:rPr>
          <w:b/>
        </w:rPr>
        <w:t xml:space="preserve"> Assistance</w:t>
      </w:r>
    </w:p>
    <w:p w14:paraId="47ECF3CC" w14:textId="5F49358D" w:rsidR="00BD68CD" w:rsidRDefault="00000000">
      <w:pPr>
        <w:pBdr>
          <w:bottom w:val="single" w:sz="6" w:space="1" w:color="000000"/>
        </w:pBdr>
        <w:tabs>
          <w:tab w:val="right" w:leader="underscore" w:pos="10627"/>
        </w:tabs>
        <w:spacing w:after="40"/>
      </w:pPr>
      <w:r>
        <w:t xml:space="preserve"> </w:t>
      </w:r>
      <w:r w:rsidR="00621778">
        <w:t>None</w:t>
      </w:r>
    </w:p>
    <w:p w14:paraId="6851C348" w14:textId="61819AA6" w:rsidR="00BD68CD" w:rsidRDefault="00000000">
      <w:pPr>
        <w:spacing w:before="60" w:after="20"/>
      </w:pPr>
      <w:r>
        <w:rPr>
          <w:b/>
        </w:rPr>
        <w:t xml:space="preserve">Other </w:t>
      </w:r>
      <w:r w:rsidR="00103633">
        <w:rPr>
          <w:b/>
        </w:rPr>
        <w:t>committees/programs</w:t>
      </w:r>
    </w:p>
    <w:p w14:paraId="23BD89C2" w14:textId="77777777" w:rsidR="00BD68CD" w:rsidRDefault="00000000">
      <w:pPr>
        <w:pBdr>
          <w:bottom w:val="single" w:sz="6" w:space="1" w:color="000000"/>
        </w:pBdr>
        <w:tabs>
          <w:tab w:val="right" w:leader="underscore" w:pos="10627"/>
        </w:tabs>
        <w:spacing w:after="40"/>
      </w:pPr>
      <w:r>
        <w:t xml:space="preserve"> </w:t>
      </w:r>
    </w:p>
    <w:p w14:paraId="395AA0D5" w14:textId="77777777" w:rsidR="00BD68CD" w:rsidRDefault="00000000">
      <w:pPr>
        <w:pStyle w:val="Heading1"/>
      </w:pPr>
      <w:r>
        <w:t>7. Old Business</w:t>
      </w:r>
    </w:p>
    <w:p w14:paraId="291D93A6" w14:textId="16985910" w:rsidR="00BD68CD" w:rsidRDefault="009B2868" w:rsidP="009B2868">
      <w:pPr>
        <w:pStyle w:val="ListParagraph"/>
        <w:numPr>
          <w:ilvl w:val="0"/>
          <w:numId w:val="10"/>
        </w:numPr>
        <w:pBdr>
          <w:bottom w:val="single" w:sz="6" w:space="1" w:color="666666"/>
        </w:pBdr>
        <w:spacing w:before="40" w:after="60" w:line="288" w:lineRule="auto"/>
      </w:pPr>
      <w:r>
        <w:t>Holiday Movie Dec 14 @ 6:30 PM</w:t>
      </w:r>
      <w:r w:rsidR="00621778">
        <w:t>.</w:t>
      </w:r>
      <w:r>
        <w:t xml:space="preserve"> Location is at Fat Cats</w:t>
      </w:r>
    </w:p>
    <w:p w14:paraId="0905BBEA" w14:textId="7728FB14" w:rsidR="009B2868" w:rsidRDefault="009B2868" w:rsidP="009B2868">
      <w:pPr>
        <w:pStyle w:val="ListParagraph"/>
        <w:numPr>
          <w:ilvl w:val="0"/>
          <w:numId w:val="10"/>
        </w:numPr>
        <w:pBdr>
          <w:bottom w:val="single" w:sz="6" w:space="1" w:color="666666"/>
        </w:pBdr>
        <w:spacing w:before="40" w:after="60" w:line="288" w:lineRule="auto"/>
      </w:pPr>
      <w:r>
        <w:t>Chamber/Legion sign needs a licensed contractor to pour the footer for the sign</w:t>
      </w:r>
    </w:p>
    <w:p w14:paraId="6EB619A6" w14:textId="77777777" w:rsidR="00BD68CD" w:rsidRDefault="00000000">
      <w:pPr>
        <w:pStyle w:val="Heading1"/>
      </w:pPr>
      <w:r>
        <w:t>8. New Business</w:t>
      </w:r>
    </w:p>
    <w:p w14:paraId="0D5634CA" w14:textId="5AFA5B51" w:rsidR="00BD68CD" w:rsidRDefault="00000000">
      <w:pPr>
        <w:pBdr>
          <w:bottom w:val="single" w:sz="6" w:space="1" w:color="666666"/>
        </w:pBdr>
        <w:spacing w:before="40" w:after="60" w:line="288" w:lineRule="auto"/>
      </w:pPr>
      <w:r>
        <w:t xml:space="preserve"> </w:t>
      </w:r>
      <w:r w:rsidR="009B2868">
        <w:t>Members decided to have the holiday party at the chamber with a dessert-themed event</w:t>
      </w:r>
      <w:r>
        <w:t xml:space="preserve"> </w:t>
      </w:r>
    </w:p>
    <w:p w14:paraId="4CB64400" w14:textId="575FE106" w:rsidR="009B2868" w:rsidRDefault="009B2868">
      <w:pPr>
        <w:pBdr>
          <w:bottom w:val="single" w:sz="6" w:space="1" w:color="666666"/>
        </w:pBdr>
        <w:spacing w:before="40" w:after="60" w:line="288" w:lineRule="auto"/>
      </w:pPr>
      <w:r>
        <w:t>CMDR Barnes will not be running for re-election; he will be running for Dist. CMDR</w:t>
      </w:r>
    </w:p>
    <w:p w14:paraId="3F33F3C9" w14:textId="77777777" w:rsidR="00BD68CD" w:rsidRDefault="00000000">
      <w:pPr>
        <w:pStyle w:val="Heading1"/>
      </w:pPr>
      <w:r>
        <w:t>9. Good of the Legion</w:t>
      </w:r>
    </w:p>
    <w:p w14:paraId="471C4E05" w14:textId="16B515F0" w:rsidR="00BD68CD" w:rsidRDefault="00103633">
      <w:pPr>
        <w:pBdr>
          <w:bottom w:val="single" w:sz="5" w:space="1" w:color="666666"/>
        </w:pBdr>
        <w:spacing w:after="115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3E9F427" w14:textId="77777777" w:rsidR="00BD68CD" w:rsidRDefault="00BD68CD">
      <w:pPr>
        <w:pBdr>
          <w:bottom w:val="single" w:sz="5" w:space="1" w:color="666666"/>
        </w:pBdr>
        <w:spacing w:after="115"/>
      </w:pPr>
    </w:p>
    <w:p w14:paraId="614849F1" w14:textId="77777777" w:rsidR="00BD68CD" w:rsidRDefault="00000000">
      <w:pPr>
        <w:pStyle w:val="Heading1"/>
      </w:pPr>
      <w:r>
        <w:t>10. Closing Ceremony and Adjournment</w:t>
      </w:r>
    </w:p>
    <w:p w14:paraId="2D499139" w14:textId="3428EFDA" w:rsidR="00BD68CD" w:rsidRDefault="00000000">
      <w:r>
        <w:t xml:space="preserve">Adjourned at: </w:t>
      </w:r>
      <w:r w:rsidR="00621778" w:rsidRPr="00621778">
        <w:rPr>
          <w:u w:val="single"/>
        </w:rPr>
        <w:t>1045</w:t>
      </w:r>
      <w:r>
        <w:t>_________</w:t>
      </w:r>
      <w:proofErr w:type="gramStart"/>
      <w:r>
        <w:t>_  Next</w:t>
      </w:r>
      <w:proofErr w:type="gramEnd"/>
      <w:r>
        <w:t xml:space="preserve"> meeting: _</w:t>
      </w:r>
      <w:r w:rsidR="00621778" w:rsidRPr="00621778">
        <w:rPr>
          <w:u w:val="single"/>
        </w:rPr>
        <w:t>Nov 21</w:t>
      </w:r>
      <w:proofErr w:type="gramStart"/>
      <w:r w:rsidR="00621778" w:rsidRPr="00621778">
        <w:rPr>
          <w:u w:val="single"/>
        </w:rPr>
        <w:t xml:space="preserve"> 2026</w:t>
      </w:r>
      <w:proofErr w:type="gramEnd"/>
      <w:r>
        <w:t>________</w:t>
      </w:r>
      <w:proofErr w:type="gramStart"/>
      <w:r>
        <w:t>_  Time</w:t>
      </w:r>
      <w:proofErr w:type="gramEnd"/>
      <w:r>
        <w:t>: _</w:t>
      </w:r>
      <w:r w:rsidR="00621778" w:rsidRPr="00621778">
        <w:rPr>
          <w:u w:val="single"/>
        </w:rPr>
        <w:t>1000</w:t>
      </w:r>
      <w:r>
        <w:t>_________</w:t>
      </w:r>
    </w:p>
    <w:p w14:paraId="287008FF" w14:textId="601CDB5B" w:rsidR="00BD68CD" w:rsidRDefault="00000000" w:rsidP="00621778">
      <w:pPr>
        <w:tabs>
          <w:tab w:val="right" w:leader="underscore" w:pos="10627"/>
        </w:tabs>
      </w:pPr>
      <w:r>
        <w:t xml:space="preserve">Next meeting location: </w:t>
      </w:r>
      <w:r w:rsidR="00621778" w:rsidRPr="007C25A4">
        <w:rPr>
          <w:u w:val="single"/>
        </w:rPr>
        <w:t xml:space="preserve">Queen Creek Chamber of </w:t>
      </w:r>
      <w:r w:rsidR="00621778">
        <w:rPr>
          <w:u w:val="single"/>
        </w:rPr>
        <w:t>Commerce</w:t>
      </w:r>
    </w:p>
    <w:p w14:paraId="6D15E1FF" w14:textId="23B60D54" w:rsidR="00BD68CD" w:rsidRDefault="00000000">
      <w:r>
        <w:t xml:space="preserve">Respectfully submitted </w:t>
      </w:r>
      <w:proofErr w:type="gramStart"/>
      <w:r>
        <w:t>by: _</w:t>
      </w:r>
      <w:proofErr w:type="gramEnd"/>
      <w:r w:rsidR="00621778" w:rsidRPr="00621778">
        <w:rPr>
          <w:u w:val="single"/>
        </w:rPr>
        <w:t>Ken Wilson</w:t>
      </w:r>
      <w:r>
        <w:t>____________________________</w:t>
      </w:r>
      <w:proofErr w:type="gramStart"/>
      <w:r>
        <w:t>_  Title</w:t>
      </w:r>
      <w:proofErr w:type="gramEnd"/>
      <w:r>
        <w:t xml:space="preserve">: </w:t>
      </w:r>
      <w:r w:rsidR="00621778" w:rsidRPr="00621778">
        <w:rPr>
          <w:u w:val="single"/>
        </w:rPr>
        <w:t>Adjutant (Acting)</w:t>
      </w:r>
      <w:r w:rsidRPr="00621778">
        <w:rPr>
          <w:u w:val="single"/>
        </w:rPr>
        <w:t>__________________</w:t>
      </w:r>
    </w:p>
    <w:p w14:paraId="7B8BD8C9" w14:textId="77777777" w:rsidR="00BD68CD" w:rsidRDefault="00000000">
      <w:r>
        <w:t>Signature: _________________________________________  Date: ____________________</w:t>
      </w:r>
    </w:p>
    <w:p w14:paraId="3F089F9D" w14:textId="695FDCC5" w:rsidR="00BD68CD" w:rsidRDefault="00000000">
      <w:r>
        <w:t xml:space="preserve">Approved </w:t>
      </w:r>
      <w:proofErr w:type="gramStart"/>
      <w:r>
        <w:t>on: _</w:t>
      </w:r>
      <w:proofErr w:type="gramEnd"/>
      <w:r>
        <w:t xml:space="preserve">_________  </w:t>
      </w:r>
      <w:sdt>
        <w:sdtPr>
          <w:id w:val="154811080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B2868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As presented  </w:t>
      </w:r>
      <w:sdt>
        <w:sdtPr>
          <w:id w:val="1006201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25A4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With corrections</w:t>
      </w:r>
    </w:p>
    <w:p w14:paraId="48E028F8" w14:textId="77777777" w:rsidR="00BD68CD" w:rsidRDefault="00000000">
      <w:pPr>
        <w:tabs>
          <w:tab w:val="right" w:leader="underscore" w:pos="10627"/>
        </w:tabs>
      </w:pPr>
      <w:r>
        <w:t xml:space="preserve">Approving officer: </w:t>
      </w:r>
      <w:r>
        <w:tab/>
      </w:r>
    </w:p>
    <w:sectPr w:rsidR="00BD68CD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216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9A043" w14:textId="77777777" w:rsidR="00F3612E" w:rsidRDefault="00F3612E">
      <w:pPr>
        <w:spacing w:after="0" w:line="240" w:lineRule="auto"/>
      </w:pPr>
      <w:r>
        <w:separator/>
      </w:r>
    </w:p>
  </w:endnote>
  <w:endnote w:type="continuationSeparator" w:id="0">
    <w:p w14:paraId="7F622F80" w14:textId="77777777" w:rsidR="00F3612E" w:rsidRDefault="00F36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A4354" w14:textId="77777777" w:rsidR="003F6C00" w:rsidRDefault="003F6C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866719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C65F68" w14:textId="3AB2C67A" w:rsidR="003F6C00" w:rsidRDefault="003F6C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33EAA2" w14:textId="7115B61A" w:rsidR="00BD68CD" w:rsidRDefault="00BD68CD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543C5" w14:textId="77777777" w:rsidR="003F6C00" w:rsidRDefault="003F6C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59273" w14:textId="77777777" w:rsidR="00F3612E" w:rsidRDefault="00F3612E">
      <w:pPr>
        <w:spacing w:after="0" w:line="240" w:lineRule="auto"/>
      </w:pPr>
      <w:r>
        <w:separator/>
      </w:r>
    </w:p>
  </w:footnote>
  <w:footnote w:type="continuationSeparator" w:id="0">
    <w:p w14:paraId="035E7CD5" w14:textId="77777777" w:rsidR="00F3612E" w:rsidRDefault="00F361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757EE" w14:textId="77777777" w:rsidR="003F6C00" w:rsidRDefault="003F6C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986CB" w14:textId="77777777" w:rsidR="003F6C00" w:rsidRDefault="003F6C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4E40F" w14:textId="77777777" w:rsidR="003F6C00" w:rsidRDefault="003F6C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96F3956"/>
    <w:multiLevelType w:val="hybridMultilevel"/>
    <w:tmpl w:val="B11CFB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BC4B97"/>
    <w:multiLevelType w:val="hybridMultilevel"/>
    <w:tmpl w:val="6E0ACF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C375F2"/>
    <w:multiLevelType w:val="hybridMultilevel"/>
    <w:tmpl w:val="219E35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5544387">
    <w:abstractNumId w:val="8"/>
  </w:num>
  <w:num w:numId="2" w16cid:durableId="147209558">
    <w:abstractNumId w:val="6"/>
  </w:num>
  <w:num w:numId="3" w16cid:durableId="110394569">
    <w:abstractNumId w:val="5"/>
  </w:num>
  <w:num w:numId="4" w16cid:durableId="417099881">
    <w:abstractNumId w:val="4"/>
  </w:num>
  <w:num w:numId="5" w16cid:durableId="117841576">
    <w:abstractNumId w:val="7"/>
  </w:num>
  <w:num w:numId="6" w16cid:durableId="382490187">
    <w:abstractNumId w:val="3"/>
  </w:num>
  <w:num w:numId="7" w16cid:durableId="743572637">
    <w:abstractNumId w:val="2"/>
  </w:num>
  <w:num w:numId="8" w16cid:durableId="1586458023">
    <w:abstractNumId w:val="1"/>
  </w:num>
  <w:num w:numId="9" w16cid:durableId="1290550401">
    <w:abstractNumId w:val="0"/>
  </w:num>
  <w:num w:numId="10" w16cid:durableId="203107471">
    <w:abstractNumId w:val="9"/>
  </w:num>
  <w:num w:numId="11" w16cid:durableId="2077631055">
    <w:abstractNumId w:val="11"/>
  </w:num>
  <w:num w:numId="12" w16cid:durableId="1365290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3633"/>
    <w:rsid w:val="0015074B"/>
    <w:rsid w:val="0029639D"/>
    <w:rsid w:val="00326F90"/>
    <w:rsid w:val="00386AF1"/>
    <w:rsid w:val="003E0DAB"/>
    <w:rsid w:val="003F6C00"/>
    <w:rsid w:val="005C068B"/>
    <w:rsid w:val="005D5101"/>
    <w:rsid w:val="00621778"/>
    <w:rsid w:val="006F3C04"/>
    <w:rsid w:val="00707E6D"/>
    <w:rsid w:val="007C25A4"/>
    <w:rsid w:val="009B2868"/>
    <w:rsid w:val="00AA1D8D"/>
    <w:rsid w:val="00AD3ABC"/>
    <w:rsid w:val="00B47730"/>
    <w:rsid w:val="00BD68CD"/>
    <w:rsid w:val="00CB0664"/>
    <w:rsid w:val="00F361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CC16589"/>
  <w14:defaultImageDpi w14:val="300"/>
  <w15:docId w15:val="{2CCC29AA-2EA6-40BD-913A-857E108D1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315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4315F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603</Words>
  <Characters>3442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/>
      <vt:lpstr>1. Opening Ceremony and Call to Order</vt:lpstr>
      <vt:lpstr>2. Roll Call and Attendance</vt:lpstr>
      <vt:lpstr>3. Introduction of Guests</vt:lpstr>
      <vt:lpstr>4. Approval of Previous Meeting Minutes</vt:lpstr>
      <vt:lpstr>5. Officers' Reports</vt:lpstr>
      <vt:lpstr>7. Old Business</vt:lpstr>
      <vt:lpstr>8. New Business</vt:lpstr>
      <vt:lpstr>9. Good of the Legion</vt:lpstr>
      <vt:lpstr>10. Closing Ceremony and Adjournment</vt:lpstr>
    </vt:vector>
  </TitlesOfParts>
  <Manager/>
  <Company/>
  <LinksUpToDate>false</LinksUpToDate>
  <CharactersWithSpaces>4037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Craig Barnes</cp:lastModifiedBy>
  <cp:revision>2</cp:revision>
  <dcterms:created xsi:type="dcterms:W3CDTF">2026-10-21T19:48:00Z</dcterms:created>
  <dcterms:modified xsi:type="dcterms:W3CDTF">2026-10-21T19:48:00Z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1b122d00c13e028fc5093b171c6a4ee0d1379d3e9c67c8627e2e964d1d2233f1</vt:lpwstr>
  </property>
</Properties>
</file>